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/>
        <w:spacing w:after="120"/>
        <w:jc w:val="center"/>
      </w:pPr>
      <w:r>
        <w:rPr>
          <w:rFonts w:ascii="Times New Roman" w:hAnsi="Times New Roman" w:eastAsia="Times New Roman"/>
          <w:b/>
          <w:sz w:val="48"/>
        </w:rPr>
        <w:t>🎾 Informace k turnaji – LTK Liberec</w:t>
      </w:r>
    </w:p>
    <w:p>
      <w:pPr>
        <w:keepLines/>
        <w:spacing w:before="0" w:after="60" w:line="240" w:lineRule="auto"/>
        <w:jc w:val="center"/>
      </w:pPr>
      <w:r>
        <w:rPr>
          <w:rFonts w:ascii="Times New Roman" w:hAnsi="Times New Roman" w:eastAsia="Times New Roman"/>
          <w:b w:val="0"/>
          <w:sz w:val="24"/>
        </w:rPr>
        <w:t xml:space="preserve">Turnaj se uskuteční </w:t>
      </w:r>
      <w:r>
        <w:rPr>
          <w:rFonts w:ascii="Times New Roman" w:hAnsi="Times New Roman" w:eastAsia="Times New Roman"/>
          <w:b/>
          <w:sz w:val="24"/>
        </w:rPr>
        <w:t>v pátek 28. 8. 2026</w:t>
      </w:r>
      <w:r>
        <w:rPr>
          <w:rFonts w:ascii="Times New Roman" w:hAnsi="Times New Roman" w:eastAsia="Times New Roman"/>
          <w:b w:val="0"/>
          <w:sz w:val="24"/>
        </w:rPr>
        <w:t xml:space="preserve"> na dvorcích </w:t>
      </w:r>
      <w:r>
        <w:rPr>
          <w:rFonts w:ascii="Times New Roman" w:hAnsi="Times New Roman" w:eastAsia="Times New Roman"/>
          <w:b/>
          <w:sz w:val="24"/>
        </w:rPr>
        <w:t>LTK Liberec</w:t>
      </w:r>
      <w:r>
        <w:rPr>
          <w:rFonts w:ascii="Times New Roman" w:hAnsi="Times New Roman" w:eastAsia="Times New Roman"/>
          <w:b w:val="0"/>
          <w:sz w:val="24"/>
        </w:rPr>
        <w:t>.</w:t>
      </w:r>
    </w:p>
    <w:p>
      <w:pPr>
        <w:keepLines/>
        <w:spacing w:before="0" w:after="100" w:line="240" w:lineRule="auto"/>
        <w:jc w:val="center"/>
      </w:pPr>
      <w:r>
        <w:rPr>
          <w:rFonts w:ascii="Times New Roman" w:hAnsi="Times New Roman" w:eastAsia="Times New Roman"/>
          <w:b w:val="0"/>
          <w:sz w:val="24"/>
        </w:rPr>
        <w:t xml:space="preserve">Adresa klubu: </w:t>
      </w:r>
      <w:r>
        <w:rPr>
          <w:rFonts w:ascii="Times New Roman" w:hAnsi="Times New Roman" w:eastAsia="Times New Roman"/>
          <w:b/>
          <w:sz w:val="24"/>
        </w:rPr>
        <w:t>Fibichova 929, 460 01 Liberec</w:t>
      </w:r>
    </w:p>
    <w:p>
      <w:pPr>
        <w:keepLines/>
        <w:spacing w:before="0" w:after="100" w:line="240" w:lineRule="auto"/>
        <w:jc w:val="center"/>
      </w:pPr>
      <w:r>
        <w:rPr>
          <w:rFonts w:ascii="Times New Roman" w:hAnsi="Times New Roman" w:eastAsia="Times New Roman"/>
          <w:b w:val="0"/>
          <w:sz w:val="24"/>
        </w:rPr>
        <w:t xml:space="preserve">Možnost rozehrávky: </w:t>
      </w:r>
      <w:r>
        <w:rPr>
          <w:rFonts w:ascii="Times New Roman" w:hAnsi="Times New Roman" w:eastAsia="Times New Roman"/>
          <w:b/>
          <w:sz w:val="24"/>
        </w:rPr>
        <w:t>8:30–8:55</w:t>
      </w:r>
      <w:r>
        <w:rPr>
          <w:rFonts w:ascii="Times New Roman" w:hAnsi="Times New Roman" w:eastAsia="Times New Roman"/>
          <w:b w:val="0"/>
          <w:sz w:val="24"/>
        </w:rPr>
        <w:t xml:space="preserve"> na dvorcích </w:t>
      </w:r>
      <w:r>
        <w:rPr>
          <w:rFonts w:ascii="Times New Roman" w:hAnsi="Times New Roman" w:eastAsia="Times New Roman"/>
          <w:b/>
          <w:sz w:val="24"/>
        </w:rPr>
        <w:t>5, 6, 7 a 8</w:t>
      </w:r>
      <w:r>
        <w:rPr>
          <w:rFonts w:ascii="Times New Roman" w:hAnsi="Times New Roman" w:eastAsia="Times New Roman"/>
          <w:b w:val="0"/>
          <w:sz w:val="24"/>
        </w:rPr>
        <w:t xml:space="preserve">. Začátek prvních zápasů v </w:t>
      </w:r>
      <w:r>
        <w:rPr>
          <w:rFonts w:ascii="Times New Roman" w:hAnsi="Times New Roman" w:eastAsia="Times New Roman"/>
          <w:b/>
          <w:sz w:val="24"/>
        </w:rPr>
        <w:t>9:00</w:t>
      </w:r>
      <w:r>
        <w:rPr>
          <w:rFonts w:ascii="Times New Roman" w:hAnsi="Times New Roman" w:eastAsia="Times New Roman"/>
          <w:b w:val="0"/>
          <w:sz w:val="24"/>
        </w:rPr>
        <w:t>.</w:t>
      </w:r>
    </w:p>
    <w:p>
      <w:pPr>
        <w:keepLines/>
        <w:spacing w:before="80" w:after="60"/>
        <w:jc w:val="center"/>
      </w:pPr>
      <w:r>
        <w:rPr>
          <w:rFonts w:ascii="Times New Roman" w:hAnsi="Times New Roman" w:eastAsia="Times New Roman"/>
          <w:b/>
          <w:sz w:val="34"/>
        </w:rPr>
        <w:t>🟠 3/4 kurt</w:t>
      </w:r>
    </w:p>
    <w:p>
      <w:pPr>
        <w:keepLines/>
        <w:spacing w:before="0" w:after="60" w:line="240" w:lineRule="auto"/>
        <w:jc w:val="center"/>
      </w:pPr>
      <w:r>
        <w:rPr>
          <w:rFonts w:ascii="Times New Roman" w:hAnsi="Times New Roman" w:eastAsia="Times New Roman"/>
          <w:b w:val="0"/>
          <w:sz w:val="23"/>
        </w:rPr>
        <w:t xml:space="preserve">V kategorii 3/4 kurt startuje </w:t>
      </w:r>
      <w:r>
        <w:rPr>
          <w:rFonts w:ascii="Times New Roman" w:hAnsi="Times New Roman" w:eastAsia="Times New Roman"/>
          <w:b/>
          <w:sz w:val="23"/>
        </w:rPr>
        <w:t>5 hráčů</w:t>
      </w:r>
      <w:r>
        <w:rPr>
          <w:rFonts w:ascii="Times New Roman" w:hAnsi="Times New Roman" w:eastAsia="Times New Roman"/>
          <w:b w:val="0"/>
          <w:sz w:val="23"/>
        </w:rPr>
        <w:t xml:space="preserve"> v jedné skupině. Hraje každý s každým a každý hráč odehraje čtyři zápasy.</w:t>
      </w:r>
    </w:p>
    <w:p>
      <w:pPr>
        <w:keepLines/>
        <w:spacing w:before="0" w:after="40" w:line="240" w:lineRule="auto"/>
        <w:jc w:val="center"/>
      </w:pPr>
      <w:r>
        <w:rPr>
          <w:rFonts w:ascii="Times New Roman" w:hAnsi="Times New Roman" w:eastAsia="Times New Roman"/>
          <w:b w:val="0"/>
          <w:sz w:val="23"/>
        </w:rPr>
        <w:t xml:space="preserve">Každý zápas se hraje na </w:t>
      </w:r>
      <w:r>
        <w:rPr>
          <w:rFonts w:ascii="Times New Roman" w:hAnsi="Times New Roman" w:eastAsia="Times New Roman"/>
          <w:b/>
          <w:sz w:val="23"/>
        </w:rPr>
        <w:t>jeden set od stavu 2:2</w:t>
      </w:r>
      <w:r>
        <w:rPr>
          <w:rFonts w:ascii="Times New Roman" w:hAnsi="Times New Roman" w:eastAsia="Times New Roman"/>
          <w:b w:val="0"/>
          <w:sz w:val="23"/>
        </w:rPr>
        <w:t xml:space="preserve">. Hraje se </w:t>
      </w:r>
      <w:r>
        <w:rPr>
          <w:rFonts w:ascii="Times New Roman" w:hAnsi="Times New Roman" w:eastAsia="Times New Roman"/>
          <w:b/>
          <w:sz w:val="23"/>
        </w:rPr>
        <w:t>s výhodami</w:t>
      </w:r>
      <w:r>
        <w:rPr>
          <w:rFonts w:ascii="Times New Roman" w:hAnsi="Times New Roman" w:eastAsia="Times New Roman"/>
          <w:b w:val="0"/>
          <w:sz w:val="23"/>
        </w:rPr>
        <w:t xml:space="preserve"> a platí pravidlo </w:t>
      </w:r>
      <w:r>
        <w:rPr>
          <w:rFonts w:ascii="Times New Roman" w:hAnsi="Times New Roman" w:eastAsia="Times New Roman"/>
          <w:b/>
          <w:sz w:val="23"/>
        </w:rPr>
        <w:t>No Let</w:t>
      </w:r>
      <w:r>
        <w:rPr>
          <w:rFonts w:ascii="Times New Roman" w:hAnsi="Times New Roman" w:eastAsia="Times New Roman"/>
          <w:b w:val="0"/>
          <w:sz w:val="23"/>
        </w:rPr>
        <w:t>.</w:t>
      </w:r>
    </w:p>
    <w:p>
      <w:pPr>
        <w:keepLines/>
        <w:spacing w:before="0" w:after="60" w:line="240" w:lineRule="auto"/>
        <w:jc w:val="center"/>
      </w:pPr>
      <w:r>
        <w:rPr>
          <w:rFonts w:ascii="Times New Roman" w:hAnsi="Times New Roman" w:eastAsia="Times New Roman"/>
          <w:b w:val="0"/>
          <w:sz w:val="23"/>
        </w:rPr>
        <w:t xml:space="preserve">Kategorie 3/4 kurt se hraje průběžně především na dvorcích </w:t>
      </w:r>
      <w:r>
        <w:rPr>
          <w:rFonts w:ascii="Times New Roman" w:hAnsi="Times New Roman" w:eastAsia="Times New Roman"/>
          <w:b/>
          <w:sz w:val="23"/>
        </w:rPr>
        <w:t>7 a 8</w:t>
      </w:r>
      <w:r>
        <w:rPr>
          <w:rFonts w:ascii="Times New Roman" w:hAnsi="Times New Roman" w:eastAsia="Times New Roman"/>
          <w:b w:val="0"/>
          <w:sz w:val="23"/>
        </w:rPr>
        <w:t>. Konečné pořadí určí výsledky skupiny.</w:t>
      </w:r>
    </w:p>
    <w:p>
      <w:pPr>
        <w:keepLines/>
        <w:spacing w:before="80" w:after="60"/>
        <w:jc w:val="center"/>
      </w:pPr>
      <w:r>
        <w:rPr>
          <w:rFonts w:ascii="Times New Roman" w:hAnsi="Times New Roman" w:eastAsia="Times New Roman"/>
          <w:b/>
          <w:sz w:val="34"/>
        </w:rPr>
        <w:t>🟢 Babytenis</w:t>
      </w:r>
    </w:p>
    <w:p>
      <w:pPr>
        <w:keepLines/>
        <w:spacing w:before="0" w:after="60" w:line="240" w:lineRule="auto"/>
        <w:jc w:val="center"/>
      </w:pPr>
      <w:r>
        <w:rPr>
          <w:rFonts w:ascii="Times New Roman" w:hAnsi="Times New Roman" w:eastAsia="Times New Roman"/>
          <w:b w:val="0"/>
          <w:sz w:val="23"/>
        </w:rPr>
        <w:t xml:space="preserve">V kategorii Babytenis startuje </w:t>
      </w:r>
      <w:r>
        <w:rPr>
          <w:rFonts w:ascii="Times New Roman" w:hAnsi="Times New Roman" w:eastAsia="Times New Roman"/>
          <w:b/>
          <w:sz w:val="23"/>
        </w:rPr>
        <w:t>12 hráčů</w:t>
      </w:r>
      <w:r>
        <w:rPr>
          <w:rFonts w:ascii="Times New Roman" w:hAnsi="Times New Roman" w:eastAsia="Times New Roman"/>
          <w:b w:val="0"/>
          <w:sz w:val="23"/>
        </w:rPr>
        <w:t xml:space="preserve"> rozdělených do </w:t>
      </w:r>
      <w:r>
        <w:rPr>
          <w:rFonts w:ascii="Times New Roman" w:hAnsi="Times New Roman" w:eastAsia="Times New Roman"/>
          <w:b/>
          <w:sz w:val="23"/>
        </w:rPr>
        <w:t>tří skupin po 4 hráčích</w:t>
      </w:r>
      <w:r>
        <w:rPr>
          <w:rFonts w:ascii="Times New Roman" w:hAnsi="Times New Roman" w:eastAsia="Times New Roman"/>
          <w:b w:val="0"/>
          <w:sz w:val="23"/>
        </w:rPr>
        <w:t>.</w:t>
      </w:r>
    </w:p>
    <w:p>
      <w:pPr>
        <w:keepLines/>
        <w:spacing w:before="0" w:after="60" w:line="240" w:lineRule="auto"/>
        <w:jc w:val="center"/>
      </w:pPr>
      <w:r>
        <w:rPr>
          <w:rFonts w:ascii="Times New Roman" w:hAnsi="Times New Roman" w:eastAsia="Times New Roman"/>
          <w:b w:val="0"/>
          <w:sz w:val="23"/>
        </w:rPr>
        <w:t xml:space="preserve">Ve skupině hraje každý s každým. Každý zápas se hraje na </w:t>
      </w:r>
      <w:r>
        <w:rPr>
          <w:rFonts w:ascii="Times New Roman" w:hAnsi="Times New Roman" w:eastAsia="Times New Roman"/>
          <w:b/>
          <w:sz w:val="23"/>
        </w:rPr>
        <w:t>jeden set od stavu 2:2</w:t>
      </w:r>
      <w:r>
        <w:rPr>
          <w:rFonts w:ascii="Times New Roman" w:hAnsi="Times New Roman" w:eastAsia="Times New Roman"/>
          <w:b w:val="0"/>
          <w:sz w:val="23"/>
        </w:rPr>
        <w:t xml:space="preserve">, s výhodami a pravidlem </w:t>
      </w:r>
      <w:r>
        <w:rPr>
          <w:rFonts w:ascii="Times New Roman" w:hAnsi="Times New Roman" w:eastAsia="Times New Roman"/>
          <w:b/>
          <w:sz w:val="23"/>
        </w:rPr>
        <w:t>No Let</w:t>
      </w:r>
      <w:r>
        <w:rPr>
          <w:rFonts w:ascii="Times New Roman" w:hAnsi="Times New Roman" w:eastAsia="Times New Roman"/>
          <w:b w:val="0"/>
          <w:sz w:val="23"/>
        </w:rPr>
        <w:t>.</w:t>
      </w:r>
    </w:p>
    <w:p>
      <w:pPr>
        <w:keepLines/>
        <w:spacing w:before="0" w:after="60" w:line="240" w:lineRule="auto"/>
        <w:jc w:val="center"/>
      </w:pPr>
      <w:r>
        <w:rPr>
          <w:rFonts w:ascii="Times New Roman" w:hAnsi="Times New Roman" w:eastAsia="Times New Roman"/>
          <w:b w:val="0"/>
          <w:sz w:val="23"/>
        </w:rPr>
        <w:t xml:space="preserve">Ze všech tří skupin </w:t>
      </w:r>
      <w:r>
        <w:rPr>
          <w:rFonts w:ascii="Times New Roman" w:hAnsi="Times New Roman" w:eastAsia="Times New Roman"/>
          <w:b/>
          <w:sz w:val="23"/>
        </w:rPr>
        <w:t>postupují všichni hráči</w:t>
      </w:r>
      <w:r>
        <w:rPr>
          <w:rFonts w:ascii="Times New Roman" w:hAnsi="Times New Roman" w:eastAsia="Times New Roman"/>
          <w:b w:val="0"/>
          <w:sz w:val="23"/>
        </w:rPr>
        <w:t xml:space="preserve"> do závěrečného vyřazovacího pavouka o konečné umístění.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674"/>
      </w:tblGrid>
      <w:tr>
        <w:tc>
          <w:tcPr>
            <w:tcW w:type="dxa" w:w="12672"/>
            <w:shd w:fill="F2F2F2"/>
            <w:tcMar>
              <w:top w:w="90" w:type="dxa"/>
              <w:start w:w="130" w:type="dxa"/>
              <w:bottom w:w="90" w:type="dxa"/>
              <w:end w:w="130" w:type="dxa"/>
            </w:tcMar>
          </w:tcPr>
          <w:p>
            <w:pPr>
              <w:spacing w:before="80" w:after="80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6"/>
              </w:rPr>
              <w:t>DŮLEŽITÉ: Hráči si své zápasy počítají samostatně.</w:t>
            </w:r>
          </w:p>
          <w:p>
            <w:pPr>
              <w:spacing w:before="0" w:after="40"/>
              <w:jc w:val="center"/>
            </w:pPr>
            <w:r>
              <w:rPr>
                <w:rFonts w:ascii="Times New Roman" w:hAnsi="Times New Roman" w:eastAsia="Times New Roman"/>
                <w:sz w:val="23"/>
              </w:rPr>
              <w:t>Na kurtech jsou připravené scoreboardy, na kterých si děti průběžně otáčejí skóre. Hlavní rozhodčí turnaje se pohybuje mezi kurty a je k dispozici při nejasnostech nebo sporných situacích. V průběhu turnaje dorazí také druhý rozhodčí, který bude pomáhat především kategorii 3/4 kurt.</w:t>
            </w:r>
          </w:p>
        </w:tc>
      </w:tr>
    </w:tbl>
    <w:p>
      <w:pPr>
        <w:keepLines/>
        <w:spacing w:after="0"/>
      </w:pPr>
    </w:p>
    <w:p>
      <w:pPr>
        <w:keepLines/>
        <w:spacing w:before="20" w:after="60"/>
        <w:jc w:val="center"/>
      </w:pPr>
      <w:r>
        <w:rPr>
          <w:rFonts w:ascii="Times New Roman" w:hAnsi="Times New Roman" w:eastAsia="Times New Roman"/>
          <w:b/>
          <w:sz w:val="32"/>
        </w:rPr>
        <w:t>📋 Tabulky a pořadí zápasů</w:t>
      </w:r>
    </w:p>
    <w:p>
      <w:pPr>
        <w:keepLines/>
        <w:spacing w:before="0" w:after="40" w:line="240" w:lineRule="auto"/>
        <w:jc w:val="center"/>
      </w:pPr>
      <w:r>
        <w:rPr>
          <w:rFonts w:ascii="Times New Roman" w:hAnsi="Times New Roman" w:eastAsia="Times New Roman"/>
          <w:b w:val="0"/>
          <w:sz w:val="21"/>
        </w:rPr>
        <w:t>Níže jsou uvedeny tabulky základních skupin a následně pořadí zápasů. Prosíme hráče a rodiče, aby pořadí průběžně sledovali a byli připraveni k nástupu na kurt.</w:t>
      </w:r>
    </w:p>
    <w:p>
      <w:pPr>
        <w:keepLines/>
        <w:spacing w:before="40" w:after="60"/>
        <w:jc w:val="center"/>
      </w:pPr>
      <w:r>
        <w:rPr>
          <w:rFonts w:ascii="Times New Roman" w:hAnsi="Times New Roman" w:eastAsia="Times New Roman"/>
          <w:b/>
          <w:sz w:val="30"/>
        </w:rPr>
        <w:t>🍽️ Restaurace</w:t>
      </w:r>
    </w:p>
    <w:p>
      <w:pPr>
        <w:keepLines/>
        <w:spacing w:before="0" w:after="40" w:line="240" w:lineRule="auto"/>
        <w:jc w:val="center"/>
      </w:pPr>
      <w:r>
        <w:rPr>
          <w:rFonts w:ascii="Times New Roman" w:hAnsi="Times New Roman" w:eastAsia="Times New Roman"/>
          <w:b w:val="0"/>
          <w:sz w:val="23"/>
        </w:rPr>
        <w:t xml:space="preserve">Restaurace v areálu LTK Liberec bude v den turnaje otevřena od </w:t>
      </w:r>
      <w:r>
        <w:rPr>
          <w:rFonts w:ascii="Times New Roman" w:hAnsi="Times New Roman" w:eastAsia="Times New Roman"/>
          <w:b/>
          <w:sz w:val="23"/>
        </w:rPr>
        <w:t>9:00</w:t>
      </w:r>
      <w:r>
        <w:rPr>
          <w:rFonts w:ascii="Times New Roman" w:hAnsi="Times New Roman" w:eastAsia="Times New Roman"/>
          <w:b w:val="0"/>
          <w:sz w:val="23"/>
        </w:rPr>
        <w:t>.</w:t>
      </w:r>
    </w:p>
    <w:p>
      <w:pPr>
        <w:keepLines/>
        <w:spacing w:before="0" w:after="0" w:line="240" w:lineRule="auto"/>
        <w:jc w:val="center"/>
      </w:pPr>
      <w:r>
        <w:rPr>
          <w:rFonts w:ascii="Times New Roman" w:hAnsi="Times New Roman" w:eastAsia="Times New Roman"/>
          <w:b w:val="0"/>
          <w:sz w:val="21"/>
        </w:rPr>
        <w:t>Přejeme všem hráčům hodně štěstí a příjemný turnaj na LTK Liberec. 🎾</w:t>
      </w:r>
    </w:p>
    <w:p>
      <w:pPr>
        <w:keepLines/>
      </w:pPr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35"/>
        <w:gridCol w:w="2935"/>
        <w:gridCol w:w="2935"/>
        <w:gridCol w:w="2935"/>
        <w:gridCol w:w="2935"/>
      </w:tblGrid>
      <w:tr>
        <w:trPr>
          <w:trHeight w:val="1123" w:hRule="atLeast"/>
          <w:cantSplit/>
        </w:trPr>
        <w:tc>
          <w:tcPr>
            <w:tcW w:type="dxa" w:w="324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32"/>
              </w:rPr>
              <w:t>Skupina A</w:t>
              <w:br/>
              <w:t>Babytenis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  <w:t>Rulec Filip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  <w:t>Prokop Lukáš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  <w:t>Petrová Nikola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  <w:t>Urbanová Elen</w:t>
            </w:r>
          </w:p>
        </w:tc>
      </w:tr>
      <w:tr>
        <w:trPr>
          <w:trHeight w:val="1123" w:hRule="atLeast"/>
          <w:cantSplit/>
        </w:trPr>
        <w:tc>
          <w:tcPr>
            <w:tcW w:type="dxa" w:w="324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  <w:t>Rulec Filip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48"/>
              </w:rPr>
              <w:t>x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</w:tr>
      <w:tr>
        <w:trPr>
          <w:trHeight w:val="1123" w:hRule="atLeast"/>
          <w:cantSplit/>
        </w:trPr>
        <w:tc>
          <w:tcPr>
            <w:tcW w:type="dxa" w:w="324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  <w:t>Prokop Lukáš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48"/>
              </w:rPr>
              <w:t>x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</w:tr>
      <w:tr>
        <w:trPr>
          <w:trHeight w:val="1123" w:hRule="atLeast"/>
          <w:cantSplit/>
        </w:trPr>
        <w:tc>
          <w:tcPr>
            <w:tcW w:type="dxa" w:w="324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  <w:t>Petrová Nikola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48"/>
              </w:rPr>
              <w:t>x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</w:tr>
      <w:tr>
        <w:trPr>
          <w:trHeight w:val="1123" w:hRule="atLeast"/>
          <w:cantSplit/>
        </w:trPr>
        <w:tc>
          <w:tcPr>
            <w:tcW w:type="dxa" w:w="324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  <w:t>Urbanová Elen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48"/>
              </w:rPr>
              <w:t>x</w:t>
            </w:r>
          </w:p>
        </w:tc>
      </w:tr>
    </w:tbl>
    <w:p>
      <w:pPr>
        <w:keepLines/>
        <w:spacing w:before="100" w:after="0"/>
        <w:jc w:val="center"/>
      </w:pPr>
      <w:r>
        <w:rPr>
          <w:rFonts w:ascii="Times New Roman" w:hAnsi="Times New Roman" w:eastAsia="Times New Roman"/>
          <w:b/>
          <w:sz w:val="28"/>
        </w:rPr>
        <w:t>Postupují všichni ze skupiny → následuje vyřazovací pavouk o konečné umístění.</w:t>
      </w:r>
    </w:p>
    <w:p>
      <w:pPr>
        <w:keepLines/>
      </w:pPr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35"/>
        <w:gridCol w:w="2935"/>
        <w:gridCol w:w="2935"/>
        <w:gridCol w:w="2935"/>
        <w:gridCol w:w="2935"/>
      </w:tblGrid>
      <w:tr>
        <w:trPr>
          <w:trHeight w:val="1123" w:hRule="atLeast"/>
          <w:cantSplit/>
        </w:trPr>
        <w:tc>
          <w:tcPr>
            <w:tcW w:type="dxa" w:w="324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32"/>
              </w:rPr>
              <w:t>Skupina B</w:t>
              <w:br/>
              <w:t>Babytenis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  <w:t>Karpíšek Ondřej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  <w:t>Losnita Nataniel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  <w:t>Farská Viktorie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  <w:t>Vaculíková Tereza</w:t>
            </w:r>
          </w:p>
        </w:tc>
      </w:tr>
      <w:tr>
        <w:trPr>
          <w:trHeight w:val="1123" w:hRule="atLeast"/>
          <w:cantSplit/>
        </w:trPr>
        <w:tc>
          <w:tcPr>
            <w:tcW w:type="dxa" w:w="324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  <w:t>Karpíšek Ondřej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48"/>
              </w:rPr>
              <w:t>x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</w:tr>
      <w:tr>
        <w:trPr>
          <w:trHeight w:val="1123" w:hRule="atLeast"/>
          <w:cantSplit/>
        </w:trPr>
        <w:tc>
          <w:tcPr>
            <w:tcW w:type="dxa" w:w="324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  <w:t>Losnita Nataniel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48"/>
              </w:rPr>
              <w:t>x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</w:tr>
      <w:tr>
        <w:trPr>
          <w:trHeight w:val="1123" w:hRule="atLeast"/>
          <w:cantSplit/>
        </w:trPr>
        <w:tc>
          <w:tcPr>
            <w:tcW w:type="dxa" w:w="324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  <w:t>Farská Viktorie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48"/>
              </w:rPr>
              <w:t>x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</w:tr>
      <w:tr>
        <w:trPr>
          <w:trHeight w:val="1123" w:hRule="atLeast"/>
          <w:cantSplit/>
        </w:trPr>
        <w:tc>
          <w:tcPr>
            <w:tcW w:type="dxa" w:w="324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  <w:t>Vaculíková Tereza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48"/>
              </w:rPr>
              <w:t>x</w:t>
            </w:r>
          </w:p>
        </w:tc>
      </w:tr>
    </w:tbl>
    <w:p>
      <w:pPr>
        <w:keepLines/>
        <w:spacing w:before="100" w:after="0"/>
        <w:jc w:val="center"/>
      </w:pPr>
      <w:r>
        <w:rPr>
          <w:rFonts w:ascii="Times New Roman" w:hAnsi="Times New Roman" w:eastAsia="Times New Roman"/>
          <w:b/>
          <w:sz w:val="28"/>
        </w:rPr>
        <w:t>Postupují všichni ze skupiny → následuje vyřazovací pavouk o konečné umístění.</w:t>
      </w:r>
    </w:p>
    <w:p>
      <w:pPr>
        <w:keepLines/>
      </w:pPr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35"/>
        <w:gridCol w:w="2935"/>
        <w:gridCol w:w="2935"/>
        <w:gridCol w:w="2935"/>
        <w:gridCol w:w="2935"/>
      </w:tblGrid>
      <w:tr>
        <w:trPr>
          <w:trHeight w:val="1123" w:hRule="atLeast"/>
          <w:cantSplit/>
        </w:trPr>
        <w:tc>
          <w:tcPr>
            <w:tcW w:type="dxa" w:w="324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32"/>
              </w:rPr>
              <w:t>Skupina C</w:t>
              <w:br/>
              <w:t>Babytenis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  <w:t>Kalferst Marek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  <w:t>Suchánková Nikol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  <w:t>Švajdlerová Aneta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  <w:t>Diviš Jaroslav</w:t>
            </w:r>
          </w:p>
        </w:tc>
      </w:tr>
      <w:tr>
        <w:trPr>
          <w:trHeight w:val="1123" w:hRule="atLeast"/>
          <w:cantSplit/>
        </w:trPr>
        <w:tc>
          <w:tcPr>
            <w:tcW w:type="dxa" w:w="324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  <w:t>Kalferst Marek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48"/>
              </w:rPr>
              <w:t>x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</w:tr>
      <w:tr>
        <w:trPr>
          <w:trHeight w:val="1123" w:hRule="atLeast"/>
          <w:cantSplit/>
        </w:trPr>
        <w:tc>
          <w:tcPr>
            <w:tcW w:type="dxa" w:w="324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  <w:t>Suchánková Nikol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48"/>
              </w:rPr>
              <w:t>x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</w:tr>
      <w:tr>
        <w:trPr>
          <w:trHeight w:val="1123" w:hRule="atLeast"/>
          <w:cantSplit/>
        </w:trPr>
        <w:tc>
          <w:tcPr>
            <w:tcW w:type="dxa" w:w="324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  <w:t>Švajdlerová Aneta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48"/>
              </w:rPr>
              <w:t>x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</w:tr>
      <w:tr>
        <w:trPr>
          <w:trHeight w:val="1123" w:hRule="atLeast"/>
          <w:cantSplit/>
        </w:trPr>
        <w:tc>
          <w:tcPr>
            <w:tcW w:type="dxa" w:w="324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  <w:t>Diviš Jaroslav</w:t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56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48"/>
              </w:rPr>
              <w:t>x</w:t>
            </w:r>
          </w:p>
        </w:tc>
      </w:tr>
    </w:tbl>
    <w:p>
      <w:pPr>
        <w:keepLines/>
        <w:spacing w:before="100" w:after="0"/>
        <w:jc w:val="center"/>
      </w:pPr>
      <w:r>
        <w:rPr>
          <w:rFonts w:ascii="Times New Roman" w:hAnsi="Times New Roman" w:eastAsia="Times New Roman"/>
          <w:b/>
          <w:sz w:val="28"/>
        </w:rPr>
        <w:t>Postupují všichni ze skupiny → následuje vyřazovací pavouk o konečné umístění.</w:t>
      </w:r>
    </w:p>
    <w:p>
      <w:pPr>
        <w:keepLines/>
      </w:pPr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6"/>
        <w:gridCol w:w="2446"/>
        <w:gridCol w:w="2446"/>
        <w:gridCol w:w="2446"/>
        <w:gridCol w:w="2446"/>
        <w:gridCol w:w="2446"/>
      </w:tblGrid>
      <w:tr>
        <w:trPr>
          <w:trHeight w:val="1037" w:hRule="atLeast"/>
          <w:cantSplit/>
        </w:trPr>
        <w:tc>
          <w:tcPr>
            <w:tcW w:type="dxa" w:w="29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30"/>
              </w:rPr>
              <w:t>Skupina A</w:t>
              <w:br/>
              <w:t>3/4 Kurt</w:t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7"/>
              </w:rPr>
              <w:t>Vaculík Tomáš</w:t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7"/>
              </w:rPr>
              <w:t>Rulcová Tereza</w:t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7"/>
              </w:rPr>
              <w:t>Zrnovská Debbie</w:t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7"/>
              </w:rPr>
              <w:t>Rafael Procházka</w:t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7"/>
              </w:rPr>
              <w:t>Laura Kowalczyk</w:t>
            </w:r>
          </w:p>
        </w:tc>
      </w:tr>
      <w:tr>
        <w:trPr>
          <w:trHeight w:val="1037" w:hRule="atLeast"/>
          <w:cantSplit/>
        </w:trPr>
        <w:tc>
          <w:tcPr>
            <w:tcW w:type="dxa" w:w="29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7"/>
              </w:rPr>
              <w:t>Vaculík Tomáš</w:t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48"/>
              </w:rPr>
              <w:t>x</w:t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</w:tr>
      <w:tr>
        <w:trPr>
          <w:trHeight w:val="1037" w:hRule="atLeast"/>
          <w:cantSplit/>
        </w:trPr>
        <w:tc>
          <w:tcPr>
            <w:tcW w:type="dxa" w:w="29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7"/>
              </w:rPr>
              <w:t>Rulcová Tereza</w:t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48"/>
              </w:rPr>
              <w:t>x</w:t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</w:tr>
      <w:tr>
        <w:trPr>
          <w:trHeight w:val="1037" w:hRule="atLeast"/>
          <w:cantSplit/>
        </w:trPr>
        <w:tc>
          <w:tcPr>
            <w:tcW w:type="dxa" w:w="29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7"/>
              </w:rPr>
              <w:t>Zrnovská Debbie</w:t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48"/>
              </w:rPr>
              <w:t>x</w:t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</w:tr>
      <w:tr>
        <w:trPr>
          <w:trHeight w:val="1037" w:hRule="atLeast"/>
          <w:cantSplit/>
        </w:trPr>
        <w:tc>
          <w:tcPr>
            <w:tcW w:type="dxa" w:w="29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7"/>
              </w:rPr>
              <w:t>Rafael Procházka</w:t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48"/>
              </w:rPr>
              <w:t>x</w:t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</w:tr>
      <w:tr>
        <w:trPr>
          <w:trHeight w:val="1037" w:hRule="atLeast"/>
          <w:cantSplit/>
        </w:trPr>
        <w:tc>
          <w:tcPr>
            <w:tcW w:type="dxa" w:w="295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7"/>
              </w:rPr>
              <w:t>Laura Kowalczyk</w:t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8"/>
              </w:rPr>
            </w:r>
          </w:p>
        </w:tc>
        <w:tc>
          <w:tcPr>
            <w:tcW w:type="dxa" w:w="210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48"/>
              </w:rPr>
              <w:t>x</w:t>
            </w:r>
          </w:p>
        </w:tc>
      </w:tr>
    </w:tbl>
    <w:p>
      <w:pPr>
        <w:keepLines/>
        <w:spacing w:before="100" w:after="0"/>
        <w:jc w:val="center"/>
      </w:pPr>
      <w:r>
        <w:rPr>
          <w:rFonts w:ascii="Times New Roman" w:hAnsi="Times New Roman" w:eastAsia="Times New Roman"/>
          <w:b/>
          <w:sz w:val="28"/>
        </w:rPr>
        <w:t>Konečné pořadí kategorie určí výsledky této skupiny.</w:t>
      </w:r>
    </w:p>
    <w:p>
      <w:pPr>
        <w:keepLines/>
      </w:pPr>
      <w:r>
        <w:br w:type="page"/>
      </w:r>
    </w:p>
    <w:p>
      <w:pPr>
        <w:keepLines/>
        <w:spacing w:after="160"/>
        <w:jc w:val="center"/>
      </w:pPr>
      <w:r>
        <w:rPr>
          <w:rFonts w:ascii="Times New Roman" w:hAnsi="Times New Roman" w:eastAsia="Times New Roman"/>
          <w:b/>
          <w:sz w:val="40"/>
        </w:rPr>
        <w:t>📋 Pořadí zápasů</w:t>
      </w:r>
    </w:p>
    <w:p>
      <w:pPr>
        <w:keepLines/>
        <w:spacing w:before="0" w:after="140" w:line="240" w:lineRule="auto"/>
        <w:jc w:val="center"/>
      </w:pPr>
      <w:r>
        <w:rPr>
          <w:rFonts w:ascii="Times New Roman" w:hAnsi="Times New Roman" w:eastAsia="Times New Roman"/>
          <w:b w:val="0"/>
          <w:sz w:val="21"/>
        </w:rPr>
        <w:t>První zápasy mají určený dvorec a orientační čas. Další zápasy Babytenisu následují na volný dvorec podle pokynu pořadatele. Kategorie 3/4 kurt pokračuje na dvorcích 7 a 8.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6"/>
        <w:gridCol w:w="2096"/>
        <w:gridCol w:w="2096"/>
        <w:gridCol w:w="2096"/>
        <w:gridCol w:w="2096"/>
        <w:gridCol w:w="2096"/>
        <w:gridCol w:w="2096"/>
      </w:tblGrid>
      <w:tr>
        <w:trPr>
          <w:tblHeader w:val="true"/>
        </w:trPr>
        <w:tc>
          <w:tcPr>
            <w:tcW w:type="dxa" w:w="503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✓</w:t>
            </w:r>
          </w:p>
        </w:tc>
        <w:tc>
          <w:tcPr>
            <w:tcW w:type="dxa" w:w="64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#</w:t>
            </w:r>
          </w:p>
        </w:tc>
        <w:tc>
          <w:tcPr>
            <w:tcW w:type="dxa" w:w="144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Kategorie</w:t>
            </w:r>
          </w:p>
        </w:tc>
        <w:tc>
          <w:tcPr>
            <w:tcW w:type="dxa" w:w="4608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Zápas</w:t>
            </w:r>
          </w:p>
        </w:tc>
        <w:tc>
          <w:tcPr>
            <w:tcW w:type="dxa" w:w="165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Kurt</w:t>
            </w:r>
          </w:p>
        </w:tc>
        <w:tc>
          <w:tcPr>
            <w:tcW w:type="dxa" w:w="2232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Předpokládaný začátek</w:t>
            </w:r>
          </w:p>
        </w:tc>
        <w:tc>
          <w:tcPr>
            <w:tcW w:type="dxa" w:w="1655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1"/>
              </w:rPr>
              <w:t>Výsledek</w:t>
            </w:r>
          </w:p>
        </w:tc>
      </w:tr>
      <w:tr>
        <w:trPr>
          <w:cantSplit/>
          <w:trHeight w:val="389" w:hRule="atLeast"/>
        </w:trPr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1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Baby A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Rulec Filip – Urbanová Elen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5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9:00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2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Baby B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Karpíšek Ondřej – Vaculíková Tereza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6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9:00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3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3/4 kurt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Rulcová Tereza – Laura Kowalczyk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7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9:00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4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3/4 kurt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Zrnovská Debbie – Rafael Procházka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8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9:00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5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Baby A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Prokop Lukáš – Petrová Nikola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5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9:30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6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3/4 kurt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Laura Kowalczyk – Zrnovská Debbie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7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cca 9:45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7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3/4 kurt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Vaculík Tomáš – Rulcová Tereza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8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cca 9:45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FAFAF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8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Baby B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Losnita Nataniel – Farská Viktorie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volný dvorec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následuje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9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Baby C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Kalferst Marek – Diviš Jaroslav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volný dvorec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následuje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10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Baby C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Suchánková Nikol – Švajdlerová Aneta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volný dvorec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následuje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11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3/4 kurt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Zrnovská Debbie – Vaculík Tomáš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7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následuje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12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3/4 kurt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Rafael Procházka – Laura Kowalczyk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8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následuje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13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Baby A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Urbanová Elen – Petrová Nikola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volný dvorec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následuje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14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Baby A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Rulec Filip – Prokop Lukáš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volný dvorec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následuje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15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Baby B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Vaculíková Tereza – Farská Viktorie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volný dvorec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následuje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16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Baby B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Karpíšek Ondřej – Losnita Nataniel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volný dvorec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následuje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17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Baby C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Diviš Jaroslav – Švajdlerová Aneta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volný dvorec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následuje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18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Baby C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Kalferst Marek – Suchánková Nikol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volný dvorec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následuje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19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3/4 kurt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Vaculík Tomáš – Rafael Procházka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7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následuje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20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3/4 kurt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Rulcová Tereza – Zrnovská Debbie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8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následuje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21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Baby A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Prokop Lukáš – Urbanová Elen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volný dvorec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následuje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22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Baby A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Petrová Nikola – Rulec Filip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volný dvorec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následuje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23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Baby B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Losnita Nataniel – Vaculíková Tereza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volný dvorec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následuje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24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Baby B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Farská Viktorie – Karpíšek Ondřej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volný dvorec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následuje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25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Baby C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Suchánková Nikol – Diviš Jaroslav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volný dvorec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následuje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26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Baby C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Švajdlerová Aneta – Kalferst Marek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volný dvorec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následuje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27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3/4 kurt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Rafael Procházka – Rulcová Tereza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7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následuje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  <w:tr>
        <w:trPr>
          <w:cantSplit/>
          <w:trHeight w:val="389" w:hRule="atLeast"/>
        </w:trPr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28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3/4 kurt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Laura Kowalczyk – Vaculík Tomáš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8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  <w:t>následuje</w:t>
            </w:r>
          </w:p>
        </w:tc>
        <w:tc>
          <w:tcPr>
            <w:tcW w:type="dxa" w:w="209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19"/>
              </w:rPr>
            </w:r>
          </w:p>
        </w:tc>
      </w:tr>
    </w:tbl>
    <w:sectPr w:rsidR="00FC693F" w:rsidRPr="0006063C" w:rsidSect="00034616">
      <w:pgSz w:w="16834" w:h="11909" w:orient="landscape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Turnaj Babytenis a 3/4 kurt – LTK Liberec – 28. 8. 2026</dc:title>
  <dc:subject>Skupiny, pravidla a pořadí zápasů</dc:subject>
  <dc:creator>LTK Liberec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